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🎩 כרטיסי הניווט של כובעי החשיבה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7 כרטיסי מצב, ולכל אחד 6 כרטיסי כובעים עם שאלה ומשפטי עזר. גוזרים לפי הקווים המקווקווים. בסוף: כרטיסי שיח לכל רמה.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🚌 האוטובוס כבר בתחנה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יום ארוך נגמר. אתם עומדים בצד אחד של כביש עמוס, והאוטובוס שלכם עוצר בתחנה בצד השני. מעבר החצייה רחוק – בערך מאה מטר. מישהו מהקבוצה צועק: ״רצים בין המכוניות, אחרת הוא בורח לנו!״ הלב דופק מהר.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הָאוֹטוֹבּוּס בַּצַּד הַשֵּׁנִי שֶׁל הַכְּבִישׁ. חָבֵר צוֹעֵק: ״רָצִים!״ אֵין מַעֲבַר חֲצִיָּה קָרוֹב. מָה עוֹשִׂים?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האוטובוס בצד השני של הכביש.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מעבר החצייה רחוק בערך מאה מטר.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הרבה מכוניות בכביש.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לחוץ/ה, אני לא רוצה לפספס.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קשה לי להגיד ״לא״ לחברים.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מפחד/ת לחכות הרבה זמן לבד.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נהג/ת לא יספיק/תספיק לעצור.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בין מכוניות עומדות לא רואים אותנו.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אפשר למעוד וליפול על הכביש.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אם נחכה – נגיע שלמים.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עוד אוטובוס יגיע.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בזמן ההמתנה נוכל לדבר ולצחוק יחד.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הולכים מהר – אבל למעבר החצייה.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בודקים באפליקציית תחבורה מתי האוטובוס הבא.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מתקשרים הביתה: ״אני אאחר קצת.״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הקשבנו לכולם.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אנחנו לא רצים בין מכוניות.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הולכים יחד למעבר החצייה, וגם אם פספסנו – מחכים לאוטובוס הבא.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🛴 שניים על קורקינט אחד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אחרי הלימודים חבר/ה עם קורקינט חשמלי חדש מציע/ה: ״קפצו מאחוריי, ניסע על המדרכה, זה רק שתי דקות.״ אין קסדה שנייה, וכל החבורה מסתכלת עליכם ומחכה לתשובה.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חָבֵר אוֹמֵר: ״בּוֹאוּ עַל הַקּוֹרְקִינֵט שֶׁלִּי!״ אֵין קַסְדָּה. נוֹסְעִים עַל הַמִּדְרָכָה. מָה אוֹמְרִים?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על קורקינט חשמלי רוכב/ת רק אדם אחד.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רוכבים עם קסדה.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המדרכה שייכת להולכי הרגל.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רוצה להיות חלק מהחבר׳ה.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מפחד/ת ליפול.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נעים לי לסרב.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קורקינט עם שני רוכבים מאבד יציבות.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אפשר לפגוע בילדים ובאנשים מבוגרים על המדרכה.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בלי קסדה הראש לא מוגן.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חבר/ה אמיתי/ת יבין/תבין אותי.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להגיד ״לא״ זה גם אומץ.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כשאני שומר/ת על עצמי – אני שומר/ת גם על החבר/ה.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״סע/י את/ה, אני בא/ה ברגל ונפגשים שם.״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הולכים יחד ברגל ומדברים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מציעים לנסוע יחד באוטובוס.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תודה, אבל לא.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לא עולה בלי קסדה ולא בשניים.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נפגשים במרכז בעוד עשר דקות.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🗺️ ירדנו בתחנה הלא 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נסעתם בפעם הראשונה לבד לעיר גדולה. ירדתם תחנה אחת מוקדם מדי. הרחוב לא מוכר, יש רעש וצפירות, ובטלפון נשארו רק 5% סוללה.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יָרַדְנוּ בַּתַּחֲנָה הַלֹּא נְכוֹנָה. הָרְחוֹב לֹא מֻכָּר. בַּטֶּלֶפוֹן יֵשׁ רַק 5% סוֹלְלָה.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ירדנו בתחנה הלא נכונה.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בטלפון יש 5% סוללה.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סביבנו חנויות ואנשים.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מבולבל/ת ונבהל/ת.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בא לי לבכות.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טוב שאני לא לבד.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בבהלה קל לחצות בלי להסתכל.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הולכים לרחוב חשוך או ריק.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נותנים את הטלפון לאדם זר.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זה קורה להרבה אנשים.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פתרון – רק צריך רגע לחשוב.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יודע/ת לבקש עזרה.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נכנסים לחנות או לבית מרקחת ומבקשים עזרה.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שולחים הביתה הודעה עם שם הרחוב – לפני שהסוללה נגמרת.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מחפשים שלט של תחנה ושואלים: ״איך מגיעים ל…?״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קודם עוצרים במקום בטוח.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שולחים מיקום הביתה.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נכנסים לחנות ושואלים איך מגיעים לתחנה הנכונה.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📱 עיניים במסך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אתם הולכים בקבוצה, ומישהו מראה סרטון מצחיק בטלפון. כולם צוחקים ומסתכלים במסך הקטן. עוד כמה צעדים – צומת גדול עם מעבר חצייה.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כֻּלָּם מִסְתַּכְּלִים בַּטֶּלֶפוֹן. עוֹד מְעַט יֵשׁ מַעֲבַר חֲצִיָּה. אַף אֶחָד לֹא מִסְתַּכֵּל עַל הַכְּבִישׁ.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כולם מסתכלים במסך.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הצומת קרוב.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בצומת יש מכוניות שפונות.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כיף לנו וצוחקים.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לי הרגשה קטנה שמשהו לא בסדר.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נעים לי לעצור את הכיף.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רואים מכונית שפונה.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שומעים קורקינט שמגיע מאחור.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אפשר לפספס את האור האדום.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הסרטון לא יברח – הוא יחכה.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מי שעוצר/ת את כולם – דואג/ת לכולם.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עוד דקה נחזור לצחוק.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״סטופ! טלפונים בכיס, חוצים – וממשיכים לצחוק.״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עוצרים בצד, רחוק מהכביש, ורואים את הסוף.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מסכמים כלל קבוצתי: בחצייה – בלי מסכים.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לוקח/ת אחריות.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עכשיו עוצרים ומסתכלים.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אחרי החצייה – ממשיכים את הסרטון.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💳 כרטיס הנסיעה לא עובד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עליתם לאוטובוס מלא. המכשיר מצפצף והכרטיס לא עובר. הנהג/ת אומר/ת משהו מהר ובקול רם, אנשים בתור מתחילים להתעצבן – והמילים בעברית פתאום נעלמות לכם.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הַכַּרְטִיס לֹא עוֹבֵד. הַנֶּהָג מְדַבֵּר מַהֵר וּבְקוֹל. אֲנָשִׁים מְחַכִּים. וְאֵין לִי מִלִּים.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הכרטיס לא עבר במכשיר.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האוטובוס עומד לנסוע.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אנשים מאחוריי בתור.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מתבייש/ת.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נדמה לי שכולם מסתכלים עליי.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מפחד/ת שלא יבינו אותי.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מתווכחים עם הנהג/ת.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יורדים בזמן נסיעה או באמצע כביש.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באוטובוס נוסע – מחזיקים חזק.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זה רק כרטיס – זה לא אומר עליי כלום.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זה קורה לכולם, גם לוותיקים.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לומד/ת עברית, ומותר לי לבקש לאט.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זזים הצידה ונותנים לאחרים לעלות.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אומרים: ״סליחה, אני עולה חדש/ה. אפשר לאט?״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משלמים דרך אפליקציית תחבורה, או מבקשים עזרה מנוסע/ת.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נושמים נשימה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זזים הצידה ומבקשים עזרה בעברית קלה.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בבית בודקים מה קרה לכרטיס.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🌧️ חושך, גשם ובגדים כהים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החוג נגמר בשש בערב. כבר חושך ויורד גשם. אתם בבגדים כהים, הקפוצ׳ון על הראש, ובדרך הביתה יש קטע בלי מדרכה.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חֹשֶׁךְ וְגֶשֶׁם. הַבְּגָדִים שֶׁלִּי שְׁחֹרִים. בַּדֶּרֶךְ אֵין מִדְרָכָה.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בחושך נהגים רואים פחות.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בגשם לוקח יותר זמן לעצור.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בקטע אחד אין מדרכה.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עייף/ה ורוצה הביתה מהר.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קר לי ורטוב לי.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קצת מפחיד ללכת בחושך.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בבגדים כהים לא רואים אותנו.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קפוצ׳ון מסתיר את הצדדים.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בכביש רטוב מכוניות מחליקות.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כשרואים אותי – אני בטוח/ה יותר.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עוד כמה דקות ואני בבית החם.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יש לי מה לעשות כדי להיות בטוח/ה.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לובשים משהו בהיר או מדליקים פנס.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בקטע בלי מדרכה – הולכים בשוליים, מול כיוון הנסיעה, אחד אחרי השני.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מבקשים ממבוגר/ת לאסוף אותנו.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מורידים את הקפוצ׳ון כשחוצים.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מדליקים פנס בטלפון או לובשים אפוד זוהר.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הולכים יחד ונזהרים בקטע בלי מדרכה.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🚙 מכונית אחת עצרה – והשנייה?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אתם מול מעבר חצייה בכביש עם שני נתיבים. נהגת בנתיב הקרוב עוצרת ומסמנת לכם ביד: ״תעברו!״ את הנתיב השני אתם לא רואים – הוא מוסתר מאחורי הרכב שלה.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🟢 מְכוֹנִית אַחַת עָצְרָה. הַנַּהֶגֶת אוֹמֶרֶת: ״עִבְרוּ!״ אֲבָל יֵשׁ עוֹד נָתִיב, וַאֲנַחְנוּ לֹא רוֹאִים אוֹתוֹ.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8faf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⚪ הכובע הלבן – עובדות ומידע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אנחנו יודעים בטוח?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בכביש יש שני נתיבים.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רכב אחד עצר.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את הנתיב השני לא רואים.</w:t>
            </w:r>
          </w:p>
        </w:tc>
        <w:tc>
          <w:tcPr>
            <w:tcW w:type="dxa" w:w="5103"/>
            <w:shd w:val="clear" w:color="auto" w:fill="fee2e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🔴 הכובע האדום – רגשות ותחושות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מרגישים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רוצה לעבור מהר, כי מחכים לי.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לא נעים לי שהנהגת מחכה.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אני מרגיש/ה תודה.</w:t>
            </w:r>
          </w:p>
        </w:tc>
      </w:tr>
      <w:tr>
        <w:tc>
          <w:tcPr>
            <w:tcW w:type="dxa" w:w="5103"/>
            <w:shd w:val="clear" w:color="auto" w:fill="E5E7E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⚫ הכובע השחור – סכנות וזהירות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יכול להשתבש?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בנתיב השני רכב לא רואה אותי.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רכב יכול לעקוף את המכונית שעצרה.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ריצה פתאומית לכביש – הכי מסוכן.</w:t>
            </w:r>
          </w:p>
        </w:tc>
        <w:tc>
          <w:tcPr>
            <w:tcW w:type="dxa" w:w="5103"/>
            <w:shd w:val="clear" w:color="auto" w:fill="fef3c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🟡 הכובע הצהוב – יתרונות ומחשבה מעודדת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הטוב בבחירה הבטוחה?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מותר לי לקחת עוד שנייה לבדוק.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הנהגת תבין אם אחכה רגע.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זהירות היא לא חוסר נימוס.</w:t>
            </w:r>
          </w:p>
        </w:tc>
      </w:tr>
      <w:tr>
        <w:tc>
          <w:tcPr>
            <w:tcW w:type="dxa" w:w="5103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🟢 הכובע הירוק – רעיונות ופתרונות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איזה פתרון חכם יש 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מתקדמים עד קצה הרכב העומד ועוצרים להציץ.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מסמנים תודה ביד – ובודקים שוב.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חוצים רק כשרואים ששני הנתיבים פנויים.</w:t>
            </w:r>
          </w:p>
        </w:tc>
        <w:tc>
          <w:tcPr>
            <w:tcW w:type="dxa" w:w="5103"/>
            <w:shd w:val="clear" w:color="auto" w:fill="dbeafe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🔵 הכובע הכחול – ניהול והחלטה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מה ההחלטה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רכב אחד עצר – זה לא אומר שכולם עצרו.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מציצים, בודקים, ורק אז חוצים.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אומרים תודה בחיוך.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💬 כרטיסי שיח לפי רמות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🎒 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הדרך שלך לבית הספר? מה רואים בה?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איזה תמרור את/ה הכי מכיר/ה? מה הוא אומר?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עושים כשהרמזור אדום – וגם כשאין רמזור?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מי עוזר לנו להיות בטוחים בדרך?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אפשר להגיד לחבר/ה שרץ/ה לכביש?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יעזור לנהגים לראות אותנו בחושך?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מתי הרגשת גאווה ששמרת על עצמך?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🎒 יסודי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איך מרגישים כשמחכים הרבה – ומה עושים עם זה?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🏫 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הכי מסיח את הדעת שלך בדרך? מה יעזור?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למה לפעמים קשה להגיד ״לא״ לחברים בכביש?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ההבדל בין ״אומץ״ ל״סיכון מיותר״?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אילו כללי בטיחות נראים לך ״מוגזמים״? בדקו יחד – למה הם קיימים?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איזה משפט מרגיע אתם אומרים לעצמכם כשמשהו מלחיץ?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הייתם משנים ברחוב ליד בית הספר?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מי אחראי/ת כשחבר/ה מסתכן/ת – ומה החלק שלי?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🏫 חט״ב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מלמדים אתכם המבוגרים בדרך – בלי מילים?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🎓 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״אחריות משותפת״ – מה החלק של הנהג/ת, של הולך/ת הרגל, ושל העירייה?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בעוד שנה-שנתיים חלק מכם ינהגו. איזה/איזו נהג/ת תרצו להיות?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האם תכנון רחוב יכול לשנות התנהגות? תנו דוגמה מהעיר שלכם.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מהירות: איפה ״רק קצת מהר״ הופך למסוכן?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איך מדברים עם מבוגר/ת שמסתכל/ת בטלפון בזמן נהיגה – בכבוד ובתקיפות?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עושה רחוב ל״רחוב של כולם״ – גם לילד/ה, לקשיש/ה ולאדם עם מוגבלות?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לחץ חברתי בכביש: מתי ראיתם אותו? מה עזר לעמוד מולו?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🎓 חט״ע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איזה שינוי קטן אתם יכולים להוביל כבר השבוע?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🟢 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אֵיךְ אַתֶּם מַגִּיעִים לְבֵית הַסֵּפֶר?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מָה דּוֹמֶה וּמָה שׁוֹנֶה בַּכְּבִישׁ בָּאָרֶץ שֶׁלָּכֶם?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אֵיזוֹ מִלָּה חֲדָשָׁה לְמַדְתֶּם הַיּוֹם?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מָה עוֹשִׂים כְּשֶׁהָרַמְזוֹר אָדֹם?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מִי יָכוֹל לַעֲזֹר לָכֶם בָּרְחוֹב?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מָה אוֹמְרִים כְּשֶׁלֹּא מְבִינִים?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מָה עוֹזֵר לָכֶם לְהַרְגִּישׁ בַּבַּיִת?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🟢 עולים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6"/>
                <w:rtl/>
                <w:szCs w:val="26"/>
              </w:rPr>
              <w:t>אֵיזֶה מִסְפָּר מִתְקַשְּׁרִים לַמִּשְׁטָרָה?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🌈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🚦 מה עושים באדום?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🦓 איפה חוצים?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👀 לאן מסתכלים?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⛑️ מה שמים על הראש?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🤝 את מי מחזיקים ביד?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📱 איפה הטלפון כשחוצים?</w:t>
            </w:r>
          </w:p>
        </w:tc>
      </w:tr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🚌 איפה מחכים לאוטובוס?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💬 בדרך בטוחה · 🌈 חנ״מ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😊 מה עושים כשמפחדים?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4748B"/>
        <w:sz w:val="16"/>
        <w:rtl/>
        <w:szCs w:val="16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