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🎴 כרטיס החוסן שלי לדרך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 כרטיסים לדוגמה ו-4 כרטיסים ריקים למילוי. גוזרים, מקפלים ושמים בכיס או בתיק.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הדרך שלי בטוחה! 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לחוץ: כשהלב לחוץ – אני עוצר/ת ונושם/ת לאט: שאיפה… נשיפה…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הבטיחות שלי חשובה יותר מכל דבר.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זה בסדר לאחר – העיקר להגיע הביתה בשלום.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מותר לי להגיד ״לא״ כשמשהו מסוכן.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מגיעים הביתה בשלום 🏠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לחוץ: עש״ן ד״ק: עצור · שרירים · נשימה · דיבור עצמי · קדימה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אני יכול/ה לבקש עזרה – גם בעברית קלה.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אני לא לבד – יש לי אנשים.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אני לומד/ת את הדרך צעד אחר צעד.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עוצרים, נושמים, בוחרים ✋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לחוץ: מכווץ/ה אגרופים בשאיפה, משחרר/ת בנשיפה – טססס…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מותר לי להגיד ״לא״ כשמשהו מסוכן.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זה קשה עכשיו, וזה יעבור.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גם רגע של המתנה הוא בחירה חכמה.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אני שומר/ת על עצמי 💛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לחוץ: סופר/ת עד 4 בשאיפה, ועד 4 בנשיפה.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טלפון בכיס, עיניים לכביש.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זה בסדר לאחר – העיקר להגיע הביתה בשלום.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🟡 אני יכול/ה לבקש עזרה – גם בעברית קלה.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הכרטיס של: 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לחוץ, אני…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🟡 משפטי החוסן שלי: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הכרטיס של: 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לחוץ, אני…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🟡 משפטי החוסן שלי: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הכרטיס של: 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לחוץ, אני…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🟡 משפטי החוסן שלי: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הכרטיס של: 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🔴 כשהלב לחוץ, אני…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🟡 משפטי החוסן שלי: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🚓 100 משטרה · 🚑 101 מד״א · 🚒 102 כבאות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4748B"/>
        <w:sz w:val="16"/>
        <w:rtl/>
        <w:szCs w:val="16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