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👩‍🏫 מדריך למורה – בדרך בטוחה</w:t>
      </w:r>
    </w:p>
    <w:p>
      <w:pPr>
        <w:bidi/>
        <w:jc w:val="right"/>
      </w:pPr>
      <w:r>
        <w:rPr>
          <w:rFonts w:ascii="Arial" w:hAnsi="Arial" w:cs="Arial"/>
          <w:b w:val="0"/>
          <w:color w:val="92400E"/>
          <w:sz w:val="20"/>
          <w:rtl/>
          <w:szCs w:val="20"/>
        </w:rPr>
        <w:t>⚠️ התאריכים והפרטים על השבוע (1–5.11.2026, ובבתי הספר יחד עם שבוע קידום בריאות עד 6.11; הנושא: בטיחות במרחב העירוני ואחריות משותפת) הגיעו ממידע שהועבר ולא נבדקו מול מקור רשמי. כדאי לוודא באתרי משרד החינוך והרשות הלאומית לבטיחות בדרכים.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מה יש באתר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מילים לדרך – כרטיסים מסתובבים עם ניקוד והשמעה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פעילויות לשוניות – התאמה, השלמה, אסור/מותר/חובה, ציווי, בניית משפט, האזנה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בינגו תמרורים ומושגים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חוצים בטוח – משחק רמזור + מסלול רצפה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כרטיסי שיח מסתובבים לכל רמה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גלגל הדילמות עם טיימר ופותחי משפטים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כרטיסי הניווט של כובעי החשיבה – 7 מצבים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חדר בריחה לפי אפר״ת – קוד 3050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פרופיל חוסן בדרך (גש״ר מאח״ד) + עש״ן ד״ק ומעש״ה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עיר נגישה ובטוחה (חט״ע)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הדרך שלי לארץ – גלגולו של חפץ (עולים)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מחולל כרטיס חוסן לכיס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חידון מהיר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מצגת 10 שקפים עם הערות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🎒 יסודי · חוצים בטוח ומכירים תמרורים (45 דקות)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להכיר 8–10 תמרורים ומושגים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לתרגל את רצף החצייה הבטוחה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לזהות רגש של לחץ ולהירגע בנשימה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זמן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שלב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שאלה: ״מה ראיתם בדרך לבית הספר?״ – רושמים מילים על הלוח.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בינגו תמרורים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מחלקים לוחות (מהקבצים להדפסה או בטאבלט). המורה שולפת באתר ומקריאה.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חוצים בטוח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משחק החצייה באתר במליאה, ואחריו מסלול רצפה בחצר (הוראות בעמוד ״מסלול רצפה״).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כרטיסי שיח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3–4 כרטיסים מסתובבים, תשובות בסבב.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סיכום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נשימת ״עצור ונשום״ וסיסמה: ״טלפון בכיס, עיניים לכביש!״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🏫 חט״ב · ניווט בטוח וחוסן בדרכים (45–60 דקות)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לזהות גורמי סיכון במצבי יום-יום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להפריד בין עובדה, פרשנות ורגש (אפר״ת)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לתרגל קבלת החלטה קבוצתית בעזרת כובעי החשיבה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זמן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שלב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 – הקורקינט המפתיע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מספרים: ״אתם הולכים ברחוב, וקורקינט חולף לידכם מהר ומצפצף.״ שאלה: מה קורה בגוף? מה המחשבה הראשונה? מציגים את שקף אפר״ת.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שישה כובעים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שקף הכובעים: כל כובע ושאלתו.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כרטיסי הניווט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קבוצות של 6, כרטיס מצב לכל קבוצה (7 כרטיסים). כל תלמיד/ה חובש/ת כובע ומשתמש/ת במשפטי העזר. הכובע הכחול כותב החלטה.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גלגל הדילמות או חדר הבריחה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סבב מהיר בגלגל (60 שניות לדילמה) או חדר הבריחה בזוגות.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5–10′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סיכום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 קבוצה מציגה את החלטת הכחול; יוצרים כרטיס חוסן לכיס.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🎓 חט״ע · עיר נגישה ובטוחה – אחריות משותפת (60 דקות)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לנתח רחוב מוכר בעיני משתמשי דרך פגיעים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להבין את הקשר בין תכנון, מהירות ובטיחות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לגבש הצעה מנומקת לשינוי ולקחת חלק באחריות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זמן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שלב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דילמה מהגלגל (״מי אחראי/ת לבטיחות ברחוב?״) ודיון קצר: אחריות אישית מול אחריות מערכתית.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מסתכלים ברחוב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בקבוצות: בוחרים רחוב אמיתי ליד בית הספר; כל אחד/ת ״משחק/ת״ משתמש/ת דרך: ילד/ה, אדם בכיסא גלגלים, רוכב/ת, נהג/ת, אדם מבוגר.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תכנון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רשימת הבדיקה ״עיר נגישה ובטוחה״ באתר + כתיבת תדריך תכנון (בעיה, משתמשים, 3 התערבויות, מי אחראי/ת).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הצגה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 קבוצה מציגה בדקה; הכיתה שואלת שאלות בכובע השחור והירוק.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סיכום אישי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״השינוי הקטן שאני לוקח/ת על עצמי…״ + פרופיל החוסן בדרך (רשות).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🟢 עולים · מילים לדרך – והדרך שלי לארץ (45 דקות)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ללמוד 12–16 מילים בנושא הדרך, עם ניקוד ושמיעה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לתרגל ציווי ו״אסור/מותר/חובה״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לספר על הדרך שלי ולחזק שייכות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זמן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שלב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כרטיסי מילים באתר: שומעים, חוזרים, מצביעים על התמונה.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פעילויות לשוניות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התאמה מילה-תמונה, השלמת משפטים, ״אסור/מותר/חובה״.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ציווי בתנועה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משחק ״המורה אומרת״: עִצְרוּ! הִסְתַּכְּלוּ! חֲצוּ! – ואז משחק החצייה באתר.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הדרך שלי לארץ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 אחד/ת בוחר/ת חפץ, ממלא/ת את מסגרות המשפטים ומשתף/ת בזוג. שאלה חשובה: באיזה צד נוסעים בארץ שלכם?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סיכום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כרטיס חוסן לכיס עם המשפט: ״אני יכול/ה לבקש עזרה – גם בעברית קלה.״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🌈 חנ״מ · אדום עוצרים, ירוק בודקים (30–45 דקות (בהתאמה))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לזהות אדום/ירוק ברמזור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לתרגל ״עוצרים – מסתכלים – חוצים״ בגוף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מטרה: לזהות 4–6 תמונות: כביש, מדרכה, מעבר חצייה, רמזור, קסדה, אוטובוס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זמן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שלב</w:t>
            </w:r>
          </w:p>
        </w:tc>
        <w:tc>
          <w:tcPr>
            <w:tcW w:type="dxa" w:w="3402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שיר/תנועה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רמזור בידיים: עיגול אדום – עומדים, עיגול ירוק – הולכים במקום.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כרטיסי תמונה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כרטיסי המילים באתר בגודל גדול, שומעים ומצביעים.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חוצים בטוח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משחק החצייה במצב ״חנ״מ״ (3 צעדים בלבד) ואחר כך מסלול רצפה עם ליווי צמוד.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בינגו קטן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לוח 3×3 בתמונות.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5′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סיום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מדבקה/כרטיס ״אני שומר/ת על עצמי״ ונשימה משותפת.</w:t>
            </w:r>
          </w:p>
        </w:tc>
      </w:tr>
    </w:tbl>
    <w:p/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טיפים להנחיה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מחסום שפה: התחילו מהקראת משפטי העזר, ורק אחר כך ניסוח עצמי.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קבוצות מעורבות של עולים וותיקים; הכובע הלבן מתאים למי שעוד חושש/ת לדבר.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רגש לפני חוק: מכירים ברגש, ואז מחפשים פתרון.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חוסן: עש״ן ד״ק לוויסות עצמי, מעש״ה לעזרה לחבר/ה, גש״ר מאח״ד לשפה משותפת על דרכי התמודדות.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רגישות: ייתכן שבכיתה יש מי שמשפחתו/ה נפגעה בתאונה – הקדימו מילה, אפשרו לדלג, תאמו עם היועצת.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חנ״מ: רצף קבוע, מעט מילים, הרבה תנועה וחזרה.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מפתח תשובות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חדר הבריחה: 3050. תחנה 1 – העובדות: הרמזור אדום, קורקינט עבר על המדרכה, הקורקינט צפצף (3). תחנה 2 – זוגות המחשבות (0). תחנה 3 – 5 נשימות (5). תחנה 4 – עוצרים ← אוזניות וטלפון בכיס ← שמאלה, ימינה, שוב שמאלה ← מחכים לירוק ← חוצים בהליכה (0).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אסור/מותר/חובה: לחצות באור אדום – אסור · לחצות באור ירוק, אחרי שהסתכלנו – מותר · לחגור חגורת בטיחות ברכב – חובה · לרכוב שניים על קורקינט חשמלי – אסור · ללכת על המדרכה – מותר · לחבוש קסדה על אופניים חשמליים – חובה · לרכוב בקורקינט על המדרכה – אסור · לחכות לאוטובוס בתחנה – מותר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ציווי: לַעֲצֹר ← עִצְרוּ · לְהִסְתַּכֵּל ← הִסְתַּכְּלוּ · לְחַכּוֹת ← חַכּוּ · לַחֲצוֹת ← חֲצוּ · לַחְגֹּר ← חִגְרוּ · לָלֶכֶת ← לְכוּ · לַחְבֹּשׁ ← חִבְשׁוּ · לְהַקְשִׁיב ← הַקְשִׁיבוּ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השלמה: עוֹמְדִים · מַעֲבַר חֲצִיָּה · קַסְדָּה · חֲגוֹרַת בְּטִיחוּת · תַּחֲנָה · יָמִינָה · אֵפוֹד · מִדְרָכָה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שאלה</w:t>
            </w:r>
          </w:p>
        </w:tc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תשובה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איזה צבע ברמזור אומר להולכי רגל לחכות?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🔴 אדום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איפה הכי בטוח לחצות את הכביש?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במעבר חצייה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לפני שחוצים מסתכלים…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שמאלה, ימינה ושוב שמאלה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חובשים כשרוכבים על אופניים או קורקינט?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⛑️ קסדה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כמה אנשים רוכבים על קורקינט חשמלי אחד?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אחד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המספר של המשטרה?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100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המספר של מגן דוד אדום (אמבולנס)?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101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למה בחושך כדאי ללבוש משהו בהיר או זוהר?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כדי שהנהגים יראו אותנו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רכב אחד עצר לכם במעבר חצייה בכביש עם שני נתיבים. מה עושים?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מציצים ובודקים גם את הנתיב השני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למה ברחובות של שכונות ובתי ספר כדאי לנסוע לאט?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כי לנהג/ת יש יותר זמן לעצור, והפגיעה פחות קשה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במודל אפר״ת, מה בא אחרי ״אירוע״?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פרשנות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איזה כובע חשיבה מחפש פתרונות חדשים?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🟢 הירוק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איזו מחשבה היא ״מחשבה מקדמת״?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״זה קשה עכשיו, אבל אני יכול/ה לבקש עזרה״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״אחריות משותפת״ בדרכים פירושה…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שכל אחד/ת – נהג/ת, רוכב/ת, הולך/ת רגל ותכנון העיר – עושה את חלקו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עוזר להפוך רחוב לבטוח יותר להולכי רגל?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מדרכה רחבה, מעבר חצייה מואר והאטת תנועה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בגש״ר מאח״ד, הערוץ ״ח״ הוא…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חברה – לבקש עזרה, להיות יחד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אתם מרגישים לחץ גדול בדרך. מה עושים קודם?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עוצרים ונושמים</w:t>
            </w:r>
          </w:p>
        </w:tc>
      </w:tr>
    </w:tbl>
    <w:p/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מתווה שקפים – סצנה אחר סצנה (סגנון סרט אנימציה תלת-ממדי)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1: הדרך שלי בטוחה! 🚦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שבוע הבטיחות בדרכים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חושבים בריא, בוחרים בטוח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סצנת פתיחה: רחוב עירוני צבעוני בבוקר, רמזור עם פרצוף חייכני מהבהב בירוק, קבוצת תלמידים מגוונת עם ילקוטים עומדת בשפת המדרכה, אוטובוס עגלגל מתקרב לתחנה. אור שמש רך, צבעים חמים.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השבוע אנחנו מדברים על הדרך – לא רק על חוקים, אלא על איך אנחנו חושבים ומרגישים בדרך, ואיך בוחרים נכון גם כשלחוץ.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מה הדבר הראשון שאתם רואים כשאתם יוצאים מהבית? / איפה בדרך שלכם אתם מרגישים הכי בטוחים? והכי פחות?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2: מה קורה לנו בדרך? אפר״ת 🧠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אירוע – משהו קורה ברחוב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פרשנות – מה אני חושב/ת על זה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רגש – מה הלב והגוף מרגישים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תגובה – מה אני עושה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👉 לעצור, לנשום ולבחור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ארבעה ״חדרים״ בתוך ראש של דמות מונפשת: חדר ברק (אירוע), חדר ענן מחשבה (פרשנות), חדר לב פועם (רגש), חדר נעליים (תגובה). חץ זוהר עובר מחדר לחדר, ובחדר השלישי מופיע כפתור ״עצור ונשום״.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אותו אירוע יכול להוביל לתגובות שונות – תלוי במחשבה ובמה שאנחנו מרגישים. החוסן הוא הרגע הקטן שבו עוצרים לפני התגובה.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תנו דוגמה לאירוע קטן בדרך שהלחיץ אתכם. / איזו מחשבה אחרת הייתה יכולה לשנות את הרגש?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3: חובשים כובעים – חושבים בטוח 🎩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⚪ לבן – עובדות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🔴 אדום – רגשות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⚫ שחור – סכנות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🟡 צהוב – מחשבה מעודדת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🟢 ירוק – פתרונות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🔵 כחול – החלטה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שישה כובעים צבעוניים מרחפים מעל צומת מונפש; כל כובע מאיר את הרחוב בצבע שלו, וכשהכובע הכחול נוחת – הרמזור מתחלף והדמויות חוצות יחד.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כל כובע הוא ״משקפיים״ אחרות לאותו מצב. בקבוצה כל אחד/ת חובש/ת כובע אחד, וכך שומעים את כל הצדדים לפני שמחליטים.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איזה כובע הכי קל לכם? איזה הכי קשה? / למה חשוב שגם הכובע האדום יקבל מקום?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4: משימה: האוטובוס כבר בתחנה 🚌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האוטובוס בצד השני של הכביש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מעבר החצייה רחוק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״רצים בין המכוניות!״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👥 חבשו את הכובעים והחליטו יחד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האוטובוס עומד בתחנה מעבר לכביש, דלתות פתוחות; קבוצת ילדים מונפשים בצד השני, אחד מצביע על פער בין מכוניות; ממעל – שעון גדול מתקתק בהילוך איטי.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כל קבוצה מקבלת את הכרטיס, מחלקת כובעים, וכל אחד/ת אומר/ת משפט אחד בעזרת משפטי העזר. הכחול מסכם.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מה החליט הכובע הכחול בקבוצה שלכם? / מה עוזר להתמודד עם ״פספסתי״?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5: משימה: שניים על קורקינט? 🛴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חבר/ה מציע/ה לעלות מאחור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נסיעה על המדרכה, בלי קסדה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👥 מה עונה הכובע הצהוב? מה מחליט הכחול?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קורקינט חשמלי נוצץ, חבר מחייך מזמין לעלות מאחור; מעל הדמות הראשית בועות מחשבה צבעוניות – כובע צהוב וכובע כחול מתווכחים בחביבות.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כאן המוקד הוא לחץ חברתי. נתרגל משפט ״לא״ שמשאיר את החברות שלמה.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איך אומרים ״לא״ בלי לפגוע? / מה ההבדל בין אומץ לסיכון?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6: משימה: הולכים לאיבוד 🗺️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ירדנו בתחנה הלא נכונה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הרחוב לא מוכר, 5% סוללה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👥 איזה פתרון מציע הכובע הירוק?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רחוב עירוני גדול ומבלבל בגובה העיניים של ילד מונפש; סוללה בטלפון מהבהבת באדום; חלון ראווה של חנות מואר בחום ומזמין להיכנס.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מתרגלים בקשת עזרה בטוחה ומשפט עברית קלה: ״סליחה, איך מגיעים ל…?״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למי בטוח לפנות לעזרה? / מה עושים לפני שהסוללה נגמרת?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7: משימה: עיניים במסך 📱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כולם צוחקים מול סרטון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מתקרבים למעבר חצייה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👥 איך הירוק עוצר את הסכנה – בהומור?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חבורה מונפשת הולכת צפופה סביב טלפון זוהר; קרני אור מהמסך מסנוורות את העיניים; מאחור – קורקינט מתקרב בשקט, ומעבר חצייה בצבעים עזים לפניהם.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אפשר לעצור את הסכנה בלי להרוס את הכיף. נמציא ״סיסמת חצייה״ כיתתית.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מה הסיסמה הכיתתית שלנו? / מי בקבוצה אחראי/ת לעצור?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8: משימה: כרטיס הנסיעה לא עובד 💳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המכשיר מצפצף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הנהג/ת מדבר/ת מהר ובקול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המילים בעברית נעלמות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👥 איך הצהוב עוזר להישאר רגועים?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בתוך אוטובוס מונפש מלא: מכשיר תיקוף מהבהב, דמות ראשית נבוכה עם בועת מילים ריקה, ונוסעת מבוגרת מחייכת ומושיטה יד לעזור.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כאן עולה גם מחסום השפה. מתרגלים משפט חירום: ״סליחה, אני עולה חדש/ה, אפשר לאט?״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מה אפשר להגיד כשלא מוצאים מילים? / איך נוכל אנחנו לעזור לנוסע/ת חדש/ה?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9: מספרים שחשוב להכיר 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🚓 100 – משטרה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🚑 101 – מגן דוד אדום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🚒 102 – כבאות והצלה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💬 ״אני עולה חדש/ה, עברית קלה בבקשה.״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שלושה כפתורי טלפון ענקיים וזוהרים – כחול, אדום וכתום – מתנשאים מעל רחוב מונפש כמו שלטי חוצות.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מתרגלים בזוגות שיחת חירום קצרה: מי אני, מה קרה, איפה אני.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מה אומרים ראשון בשיחת חירום? / איך יודעים איפה אנחנו נמצאים?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שקף 10: יוצרים כרטיס חוסן לכיס 🎴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בוחרים כותרת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בוחרים תזכורת נשימה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בוחרים 3 משפטי חוסן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מוסיפים מספרי חירום – ומדפיסים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🎥 סצנה: דמות מונפשת מכניסה לכיס כרטיס קטן שזוהר באור זהוב; כשהיא מגיעה לכביש הכרטיס מתעורר ולוחש ״עצור, נשום, בחר״.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🗣️ מה אומרים: עוברים ל״כרטיס החוסן שלי לדרך״ באתר, יוצרים, ומדפיסים 4 בעמוד.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❓ שאלות המשך: איזה משפט בחרתם ולמה? / מתי תוציאו את הכרטיס מהכיס?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4748B"/>
        <w:sz w:val="16"/>
        <w:rtl/>
        <w:szCs w:val="16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